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של פרומפט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בקשה ברורה ומדויקת לקבלת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הבדיקה והשדרוג של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בקשה או הוראה ברורה לקבלת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להוסיף מידע רקע שיעזור להבין את הבקשה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לשפר ולדייק אותו כדי לקבל תוצר טוב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פרומפט טוב כולל פרטים ברורים שעוזרים להבין מה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פורמט קובע איך התשובה תיראה, למשל רשימה או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עבודה באחריות דורשת בדיקה והתאמה של התוצר לפני שימוש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דוגמה מבהירה את הציפייה ועוזרת לקבל תוצר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שדרוג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אבני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(התוצר הסופי שרוצים לקבל)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רקע שמסביר את 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(הגדרת מי עונה או כותב את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(הצורה שבה מוצגת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(המחשה של התוצר הרצוי)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 המטרה והתוצר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 הקשר ומידע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את הפרומפט ולשלוח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התוצר ולשדרג את הפרומפט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הפרומפט כולל מטרה ברורה, הקשר מתאים ופורמט רצוי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השדרוג מוסיף הקשר, דוגמה או פורמט שחסרו בפרומפט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מסביר שצריך לבדוק את התוצר ולהתאים אותו לצורך לפני השימוש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נועד לקבל תוצר מסוים בעזרת בקשה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מטרה, הקשר, תפקיד, פורמט, דוגמה או הגבלות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שהתוצר מתאים לצורך ולשפר אותו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כפי שנעשה בסדנה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של פרומפט חלש ופרומפט משודרג לצורך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הבחירות שלהם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פרומפט מנצח – כתיבת בקשה ברורה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פרומפט זה בקשה שכותבים כדי לקבל תוצר. נלמד איך לכתוב בקשה טובה וברורה.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או הוראה שכותבים כדי לקבל 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 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חשוב בבניית הפרומפט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רקע שעוזר להבין את הבקשה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של מי עונה או כותב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רוצים לקבל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של פרומפט כדי לקבל תוצר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התוצר הסופי שרוצים להשיג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גבולות או כללים לתשובה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או הוראה ברורה לקבלת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חשובים יש בפרומפט?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מוסיפים הקשר לפרומפט?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מידע רקע שיעזור להבין את הבקשה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להאריך את הטקסט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שדרוג 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לשפר ולדייק אותו כדי לקבל תוצר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אותו שוב בלי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אותו בלי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טוב תמיד קצר ככל האפשר ובלי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פורמט בפרומפט עוזרת לקבל תשובה בצורה הרצויה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התוצר שייכת רק למי שכתב את הבקשה המקורית ולא למי שמשתמש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לשפר פרומפט על ידי הוספת דוגמה למה שרוצים לקבל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פרומפט הוא בקשה או __________ שכותבים כדי לקבל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הפרומפט הוא המידע שעוזר להבין את הרקע לבקשה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לקבל תשובה בצורה מסודרת חשוב להגדיר את ה__________ הרצוי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שיפור פרומפט כדי לקבל תוצאה טובה יותר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אבני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המחשה של התוצר הרצוי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התוצר הסופי שרוצים לקבל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רקע שמסביר את 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הגדרת מי עונה או כותב את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הצורה שבה מוצגת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פרומפט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התוצר ולשדרג את הפרומפט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הפרומפט ולשלוח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מה המטרה והתוצר הרצוי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הקשר ומידע רקע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פרומפט קצר לבקשת עזרה בתכנון מסיבת כיתה, וכלולו בו לפחות שלוש אבני 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פרומפט לא ברור ושדרגו אותו כך שיכלול יותר פרטים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לעבוד באחריות על התוצר שמתקבל מפרומפט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מרכיבים (אבני בניין) שחשוב לכלול בפרומפט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ולשדרג פרומפט לפני שמשתמשים בתוצר?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פרומפט מנצח – כתיבת בקשה ברורה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