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פרומפט מנצח – כתיבת בקשה ברורה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אבני הבניין של פרומפט מנצח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בקשה ברורה ומדויקת לקבלת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הבדיקה והשדרוג של פרומפט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פרומפט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בקשה או הוראה ברורה לקבלת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להוסיף מידע רקע שיעזור להבין את הבקשה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פרומפט טוב כולל פרטים ברורים שעוזרים להבין מה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פורמט קובע איך התשובה תיראה, למשל רשימה או טבלה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פורמט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אבני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(התוצר הסופי שרוצים לקבל)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(מידע רקע שמסביר את המצב)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(הצורה שבה מוצגת התשובה)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בבניית פרומפט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להגדיר מה המטרה והתוצר הרצוי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להוסיף הקשר ומידע 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את התוצר ולשדרג את הפרומפט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הפרומפט כולל מטרה ברורה, הקשר מתאים ופורמט רצוי לתשובה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פרומפט נועד לקבל תוצר מסוים בעזרת בקשה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מטרה, הקשר, תפקיד, פורמט, דוגמה או הגבלות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שהתוצר מתאים לצורך ולשפר אותו במידת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כתיבת הפרומפט כפי שנעשה בסדנה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של פרומפט חלש ופרומפט משודרג לצורך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לנמק את הבחירות שלהם בחלק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פרומפט מנצח – כתיבת בקשה ברורה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פרומפט הוא בקשה או הוראה שכותבים כדי לקבל תוצר מסוים. בדף הזה נתרגל את המרכיבים שהופכים פרומפט לברור, מדויק ויעיל.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פורמט  ·  הוראה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 פרומפט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פרומפט הוא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בקשה או הוראה ברורה לקבלת 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מטרת ה'הקשר' בפרומפט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להוסיף מידע רקע שיעזור להבין את הבקשה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להאריך את הטקסט סתם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לבלבל את הקורא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פרומפט טוב תמיד קצר ככל האפשר ובלי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הגדרת פורמט בפרומפט עוזרת לקבל תשובה בצורה הרצויה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פרומפט הוא בקשה או __________ שכותבים כדי לקבל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לקבל תשובה בצורה מסודרת חשוב להגדיר את ה__________ הרצוי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אבני 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הצורה שבה מוצגת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התוצר הסופי שרוצים לקבל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מידע רקע שמסביר את המצב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בבניית פרומפט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להוסיף הקשר ומידע רקע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את התוצר ולשדרג את הפרומפט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להגדיר מה המטרה והתוצר הרצוי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פרומפט קצר לבקשת עזרה בתכנון מסיבת כיתה, וכלולו בו לפחות שלוש אבני בניין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של פרומפט?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מרכיבים (אבני בניין) שחשוב לכלול בפרומפט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פרומפט מנצח – כתיבת בקשה ברורה לתוצר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